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[DENOMINAZIONE DELL'ASSOCIAZIONE]</w:t>
      </w:r>
    </w:p>
    <w:p>
      <w:pPr>
        <w:spacing w:after="120"/>
        <w:jc w:val="center"/>
      </w:pPr>
      <w:r>
        <w:rPr>
          <w:b w:val="0"/>
          <w:sz w:val="18"/>
        </w:rPr>
        <w:t>[forma giuridica] — Codice fiscale [_____] — RUNTS n. [_____]</w:t>
      </w:r>
    </w:p>
    <w:p>
      <w:pPr>
        <w:spacing w:after="360"/>
        <w:jc w:val="center"/>
      </w:pPr>
      <w:r>
        <w:rPr>
          <w:b w:val="0"/>
          <w:sz w:val="18"/>
        </w:rPr>
        <w:t>[indirizzo della sede legale]</w:t>
      </w:r>
    </w:p>
    <w:p>
      <w:pPr>
        <w:spacing w:after="120"/>
        <w:jc w:val="center"/>
      </w:pPr>
      <w:r>
        <w:rPr>
          <w:b/>
          <w:sz w:val="26"/>
        </w:rPr>
        <w:t>VERBALE DELL'ASSEMBLEA DEI SOCI</w:t>
      </w:r>
    </w:p>
    <w:p>
      <w:pPr>
        <w:spacing w:after="360"/>
        <w:jc w:val="center"/>
      </w:pPr>
      <w:r>
        <w:rPr>
          <w:b w:val="0"/>
          <w:sz w:val="20"/>
        </w:rPr>
        <w:t>Verbale n. ______ / [anno]</w:t>
      </w:r>
    </w:p>
    <w:p>
      <w:pPr>
        <w:spacing w:after="80"/>
      </w:pPr>
      <w:r>
        <w:rPr>
          <w:b w:val="0"/>
          <w:sz w:val="22"/>
        </w:rPr>
        <w:t>Data:  ______________________________________________</w:t>
      </w:r>
    </w:p>
    <w:p>
      <w:pPr>
        <w:spacing w:after="80"/>
      </w:pPr>
      <w:r>
        <w:rPr>
          <w:b w:val="0"/>
          <w:sz w:val="22"/>
        </w:rPr>
        <w:t>Ora di apertura:  ______________________________________________</w:t>
      </w:r>
    </w:p>
    <w:p>
      <w:pPr>
        <w:spacing w:after="80"/>
      </w:pPr>
      <w:r>
        <w:rPr>
          <w:b w:val="0"/>
          <w:sz w:val="22"/>
        </w:rPr>
        <w:t>Luogo (o piattaforma, se in videoconferenza):  ______________________________________________</w:t>
      </w:r>
    </w:p>
    <w:p>
      <w:pPr>
        <w:spacing w:after="80"/>
      </w:pPr>
      <w:r>
        <w:rPr>
          <w:b w:val="0"/>
          <w:sz w:val="22"/>
        </w:rPr>
        <w:t>Convocazione inviata il:  ______________________________________________</w:t>
      </w:r>
    </w:p>
    <w:p>
      <w:pPr>
        <w:spacing w:after="80"/>
      </w:pPr>
      <w:r>
        <w:rPr>
          <w:b w:val="0"/>
          <w:sz w:val="22"/>
        </w:rPr>
        <w:t>Convocazione: prima / seconda  ______________________________________________</w:t>
      </w:r>
    </w:p>
    <w:p>
      <w:pPr>
        <w:spacing w:after="200"/>
      </w:pPr>
      <w:r>
        <w:rPr>
          <w:b w:val="0"/>
          <w:sz w:val="22"/>
        </w:rPr>
      </w:r>
    </w:p>
    <w:p>
      <w:pPr>
        <w:spacing w:after="120"/>
      </w:pPr>
      <w:r>
        <w:rPr>
          <w:b/>
          <w:sz w:val="22"/>
        </w:rPr>
        <w:t>PRESENTI</w:t>
      </w:r>
    </w:p>
    <w:p>
      <w:pPr>
        <w:spacing w:after="80"/>
      </w:pPr>
      <w:r>
        <w:rPr>
          <w:b w:val="0"/>
          <w:sz w:val="22"/>
        </w:rPr>
        <w:t>Soci presenti di persona: ______    Soci rappresentati per delega: ______    Totale: ______</w:t>
      </w:r>
    </w:p>
    <w:p>
      <w:pPr>
        <w:spacing w:after="80"/>
      </w:pPr>
      <w:r>
        <w:rPr>
          <w:b w:val="0"/>
          <w:sz w:val="22"/>
        </w:rPr>
        <w:t>Soci aventi diritto al voto: ______</w:t>
      </w:r>
    </w:p>
    <w:p>
      <w:pPr>
        <w:spacing w:after="80"/>
      </w:pPr>
      <w:r>
        <w:rPr>
          <w:b w:val="0"/>
          <w:sz w:val="22"/>
        </w:rPr>
        <w:t>Presiede l'assemblea: ______________________________________________</w:t>
      </w:r>
    </w:p>
    <w:p>
      <w:pPr>
        <w:spacing w:after="280"/>
      </w:pPr>
      <w:r>
        <w:rPr>
          <w:b w:val="0"/>
          <w:sz w:val="22"/>
        </w:rPr>
        <w:t>Verbalizza: ______________________________________________</w:t>
      </w:r>
    </w:p>
    <w:p>
      <w:pPr>
        <w:spacing w:after="120"/>
      </w:pPr>
      <w:r>
        <w:rPr>
          <w:b/>
          <w:sz w:val="22"/>
        </w:rPr>
        <w:t>ORDINE DEL GIORNO</w:t>
      </w:r>
    </w:p>
    <w:p>
      <w:pPr>
        <w:spacing w:after="80"/>
      </w:pPr>
      <w:r>
        <w:rPr>
          <w:b w:val="0"/>
          <w:sz w:val="22"/>
        </w:rPr>
        <w:t>1.  ______________________________________________________________</w:t>
      </w:r>
    </w:p>
    <w:p>
      <w:pPr>
        <w:spacing w:after="80"/>
      </w:pPr>
      <w:r>
        <w:rPr>
          <w:b w:val="0"/>
          <w:sz w:val="22"/>
        </w:rPr>
        <w:t>2.  ______________________________________________________________</w:t>
      </w:r>
    </w:p>
    <w:p>
      <w:pPr>
        <w:spacing w:after="80"/>
      </w:pPr>
      <w:r>
        <w:rPr>
          <w:b w:val="0"/>
          <w:sz w:val="22"/>
        </w:rPr>
        <w:t>3.  ______________________________________________________________</w:t>
      </w:r>
    </w:p>
    <w:p>
      <w:pPr>
        <w:spacing w:after="80"/>
      </w:pPr>
      <w:r>
        <w:rPr>
          <w:b w:val="0"/>
          <w:sz w:val="22"/>
        </w:rPr>
        <w:t>4.  ______________________________________________________________</w:t>
      </w:r>
    </w:p>
    <w:p>
      <w:pPr>
        <w:spacing w:after="200"/>
      </w:pPr>
      <w:r>
        <w:rPr>
          <w:b w:val="0"/>
          <w:sz w:val="22"/>
        </w:rPr>
      </w:r>
    </w:p>
    <w:p>
      <w:pPr>
        <w:spacing w:after="120"/>
      </w:pPr>
      <w:r>
        <w:rPr>
          <w:b/>
          <w:sz w:val="22"/>
        </w:rPr>
        <w:t>SVOLGIMENTO E DELIBERAZIONI</w:t>
      </w:r>
    </w:p>
    <w:p>
      <w:pPr>
        <w:spacing w:after="200"/>
      </w:pPr>
      <w:r>
        <w:rPr>
          <w:b w:val="0"/>
          <w:sz w:val="22"/>
        </w:rPr>
        <w:t>Il Presidente, constatata la regolarità della convocazione e la presenza del numero di soci previsto dallo statuto, dichiara l'assemblea validamente costituita e apre la discussione sul primo punto all'ordine del giorno.</w:t>
      </w:r>
    </w:p>
    <w:p>
      <w:pPr>
        <w:spacing w:after="80"/>
      </w:pPr>
      <w:r>
        <w:rPr>
          <w:b/>
          <w:sz w:val="22"/>
        </w:rPr>
        <w:t>Punto 1 — ______________________________________________</w:t>
      </w:r>
    </w:p>
    <w:p>
      <w:pPr>
        <w:spacing w:after="80"/>
      </w:pPr>
      <w:r>
        <w:rPr>
          <w:b w:val="0"/>
          <w:sz w:val="22"/>
        </w:rPr>
        <w:t>Discussione: _____________________________________________________________________________________________________________________________________________________</w:t>
      </w:r>
    </w:p>
    <w:p>
      <w:pPr>
        <w:spacing w:after="80"/>
      </w:pPr>
      <w:r>
        <w:rPr>
          <w:b w:val="0"/>
          <w:sz w:val="22"/>
        </w:rPr>
        <w:t>L'assemblea delibera: ____________________________________________________________</w:t>
      </w:r>
    </w:p>
    <w:p>
      <w:pPr>
        <w:spacing w:after="280"/>
      </w:pPr>
      <w:r>
        <w:rPr>
          <w:b w:val="0"/>
          <w:sz w:val="22"/>
        </w:rPr>
        <w:t>Esito della votazione:   favorevoli ______   contrari ______   astenuti ______</w:t>
      </w:r>
    </w:p>
    <w:p>
      <w:pPr>
        <w:spacing w:after="80"/>
      </w:pPr>
      <w:r>
        <w:rPr>
          <w:b/>
          <w:sz w:val="22"/>
        </w:rPr>
        <w:t>Punto 2 — ______________________________________________</w:t>
      </w:r>
    </w:p>
    <w:p>
      <w:pPr>
        <w:spacing w:after="80"/>
      </w:pPr>
      <w:r>
        <w:rPr>
          <w:b w:val="0"/>
          <w:sz w:val="22"/>
        </w:rPr>
        <w:t>Discussione: _____________________________________________________________________________________________________________________________________________________</w:t>
      </w:r>
    </w:p>
    <w:p>
      <w:pPr>
        <w:spacing w:after="80"/>
      </w:pPr>
      <w:r>
        <w:rPr>
          <w:b w:val="0"/>
          <w:sz w:val="22"/>
        </w:rPr>
        <w:t>L'assemblea delibera: ____________________________________________________________</w:t>
      </w:r>
    </w:p>
    <w:p>
      <w:pPr>
        <w:spacing w:after="280"/>
      </w:pPr>
      <w:r>
        <w:rPr>
          <w:b w:val="0"/>
          <w:sz w:val="22"/>
        </w:rPr>
        <w:t>Esito della votazione:   favorevoli ______   contrari ______   astenuti ______</w:t>
      </w:r>
    </w:p>
    <w:p>
      <w:pPr>
        <w:spacing w:after="80"/>
      </w:pPr>
      <w:r>
        <w:rPr>
          <w:b/>
          <w:sz w:val="22"/>
        </w:rPr>
        <w:t>Punto 3 — ______________________________________________</w:t>
      </w:r>
    </w:p>
    <w:p>
      <w:pPr>
        <w:spacing w:after="80"/>
      </w:pPr>
      <w:r>
        <w:rPr>
          <w:b w:val="0"/>
          <w:sz w:val="22"/>
        </w:rPr>
        <w:t>Discussione: _____________________________________________________________________________________________________________________________________________________</w:t>
      </w:r>
    </w:p>
    <w:p>
      <w:pPr>
        <w:spacing w:after="80"/>
      </w:pPr>
      <w:r>
        <w:rPr>
          <w:b w:val="0"/>
          <w:sz w:val="22"/>
        </w:rPr>
        <w:t>L'assemblea delibera: ____________________________________________________________</w:t>
      </w:r>
    </w:p>
    <w:p>
      <w:pPr>
        <w:spacing w:after="280"/>
      </w:pPr>
      <w:r>
        <w:rPr>
          <w:b w:val="0"/>
          <w:sz w:val="22"/>
        </w:rPr>
        <w:t>Esito della votazione:   favorevoli ______   contrari ______   astenuti ______</w:t>
      </w:r>
    </w:p>
    <w:p>
      <w:pPr>
        <w:spacing w:after="720"/>
      </w:pPr>
      <w:r>
        <w:rPr>
          <w:b w:val="0"/>
          <w:sz w:val="22"/>
        </w:rPr>
        <w:t>Null'altro essendovi da deliberare, il Presidente dichiara chiusa l'assemblea alle ore ______.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Il Presidente</w:t>
            </w:r>
          </w:p>
        </w:tc>
        <w:tc>
          <w:tcPr>
            <w:tcW w:type="dxa" w:w="4320"/>
          </w:tcPr>
          <w:p>
            <w:r>
              <w:t>Il Segretario verbalizzante</w:t>
            </w:r>
          </w:p>
        </w:tc>
      </w:tr>
      <w:tr>
        <w:tc>
          <w:tcPr>
            <w:tcW w:type="dxa" w:w="4320"/>
          </w:tcPr>
          <w:p>
            <w:r>
              <w:br/>
              <w:t>_______________________</w:t>
            </w:r>
          </w:p>
        </w:tc>
        <w:tc>
          <w:tcPr>
            <w:tcW w:type="dxa" w:w="4320"/>
          </w:tcPr>
          <w:p>
            <w:r>
              <w:br/>
              <w:t>_______________________</w:t>
            </w:r>
          </w:p>
        </w:tc>
      </w:tr>
    </w:tbl>
    <w:p>
      <w:pPr>
        <w:spacing w:after="360"/>
      </w:pPr>
      <w:r>
        <w:rPr>
          <w:b w:val="0"/>
          <w:sz w:val="22"/>
        </w:rPr>
      </w:r>
    </w:p>
    <w:p>
      <w:pPr>
        <w:spacing w:after="120"/>
      </w:pPr>
      <w:r>
        <w:rPr>
          <w:b w:val="0"/>
          <w:sz w:val="16"/>
        </w:rPr>
        <w:t>Nota. Questo è un modello generico: quorum costitutivo e deliberativo, modalità di convocazione, ammissibilità delle deleghe e possibilità di riunirsi in videoconferenza sono stabiliti dallo statuto della vostra associazione e dalla legge. Prima di usarlo, confrontatelo con il vostro statuto. Modello gratuito di SempliCo — semplico.net/modelli/verbale-assemblea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