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/>
        <w:jc w:val="center"/>
      </w:pPr>
      <w:r>
        <w:rPr>
          <w:b/>
          <w:sz w:val="28"/>
        </w:rPr>
        <w:t>[DENOMINAZIONE DELL'ASSOCIAZIONE]</w:t>
      </w:r>
    </w:p>
    <w:p>
      <w:pPr>
        <w:spacing w:after="120"/>
        <w:jc w:val="center"/>
      </w:pPr>
      <w:r>
        <w:rPr>
          <w:b w:val="0"/>
          <w:sz w:val="18"/>
        </w:rPr>
        <w:t>Codice fiscale [_____] — RUNTS sezione [_____] n. [_____]</w:t>
      </w:r>
    </w:p>
    <w:p>
      <w:pPr>
        <w:spacing w:after="320"/>
        <w:jc w:val="center"/>
      </w:pPr>
      <w:r>
        <w:rPr>
          <w:b w:val="0"/>
          <w:sz w:val="18"/>
        </w:rPr>
        <w:t>[indirizzo della sede legale]</w:t>
      </w:r>
    </w:p>
    <w:p>
      <w:pPr>
        <w:spacing w:after="40"/>
        <w:jc w:val="center"/>
      </w:pPr>
      <w:r>
        <w:rPr>
          <w:b/>
          <w:sz w:val="26"/>
        </w:rPr>
        <w:t>RICHIESTA DI RIMBORSO SPESE DEL VOLONTARIO</w:t>
      </w:r>
    </w:p>
    <w:p>
      <w:pPr>
        <w:spacing w:after="280"/>
        <w:jc w:val="center"/>
      </w:pPr>
      <w:r>
        <w:rPr>
          <w:b w:val="0"/>
          <w:color w:val="555555"/>
          <w:sz w:val="20"/>
        </w:rPr>
        <w:t>art. 17 commi 3 e 4 D.Lgs. 117/2017</w:t>
      </w:r>
    </w:p>
    <w:p>
      <w:pPr>
        <w:spacing w:after="120"/>
      </w:pPr>
      <w:r>
        <w:rPr>
          <w:b w:val="0"/>
          <w:sz w:val="22"/>
        </w:rPr>
        <w:t>Il/La sottoscritto/a ________________________________________________________________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Codice fiscale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Attività / servizio svolto per l'associazione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Periodo (dal … al …)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Delibera che disciplina i rimborsi (organo, n. e data)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A. SPESE DOCUMENTATE (SI ALLEGANO I GIUSTIFICATIVI IN ORIGINALE)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1247"/>
          </w:tcPr>
          <w:p>
            <w:r>
              <w:rPr>
                <w:b/>
              </w:rPr>
              <w:t>Data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Descrizione della spesa</w:t>
            </w:r>
          </w:p>
        </w:tc>
        <w:tc>
          <w:tcPr>
            <w:tcW w:type="dxa" w:w="2493"/>
          </w:tcPr>
          <w:p>
            <w:r>
              <w:rPr>
                <w:b/>
              </w:rPr>
              <w:t>Giustificativo n.</w:t>
            </w:r>
          </w:p>
        </w:tc>
        <w:tc>
          <w:tcPr>
            <w:tcW w:type="dxa" w:w="2493"/>
          </w:tcPr>
          <w:p>
            <w:r>
              <w:rPr>
                <w:b/>
              </w:rPr>
              <w:t>Importo €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B. SPOSTAMENTI CON MEZZO PROPRIO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1247"/>
          </w:tcPr>
          <w:p>
            <w:r>
              <w:rPr>
                <w:b/>
              </w:rPr>
              <w:t>Data</w:t>
            </w:r>
          </w:p>
        </w:tc>
        <w:tc>
          <w:tcPr>
            <w:tcW w:type="dxa" w:w="1994"/>
          </w:tcPr>
          <w:p>
            <w:r>
              <w:rPr>
                <w:b/>
              </w:rPr>
              <w:t>Tratta (da → a)</w:t>
            </w:r>
          </w:p>
        </w:tc>
        <w:tc>
          <w:tcPr>
            <w:tcW w:type="dxa" w:w="1994"/>
          </w:tcPr>
          <w:p>
            <w:r>
              <w:rPr>
                <w:b/>
              </w:rPr>
              <w:t>Km</w:t>
            </w:r>
          </w:p>
        </w:tc>
        <w:tc>
          <w:tcPr>
            <w:tcW w:type="dxa" w:w="1994"/>
          </w:tcPr>
          <w:p>
            <w:r>
              <w:rPr>
                <w:b/>
              </w:rPr>
              <w:t>€/km deliberati</w:t>
            </w:r>
          </w:p>
        </w:tc>
        <w:tc>
          <w:tcPr>
            <w:tcW w:type="dxa" w:w="1994"/>
          </w:tcPr>
          <w:p>
            <w:r>
              <w:rPr>
                <w:b/>
              </w:rPr>
              <w:t>Importo €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  <w:tc>
          <w:tcPr>
            <w:tcW w:type="dxa" w:w="1994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80"/>
      </w:pPr>
      <w:r>
        <w:rPr>
          <w:b/>
          <w:sz w:val="21"/>
        </w:rPr>
        <w:t>C. SPESE AUTOCERTIFICATE (ART. 17 C. 4 CTS)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1247"/>
          </w:tcPr>
          <w:p>
            <w:r>
              <w:rPr>
                <w:b/>
              </w:rPr>
              <w:t>Data</w:t>
            </w:r>
          </w:p>
        </w:tc>
        <w:tc>
          <w:tcPr>
            <w:tcW w:type="dxa" w:w="3324"/>
          </w:tcPr>
          <w:p>
            <w:r>
              <w:rPr>
                <w:b/>
              </w:rPr>
              <w:t>Tipologia di spesa ammessa dalla delibera</w:t>
            </w:r>
          </w:p>
        </w:tc>
        <w:tc>
          <w:tcPr>
            <w:tcW w:type="dxa" w:w="3324"/>
          </w:tcPr>
          <w:p>
            <w:r>
              <w:rPr>
                <w:b/>
              </w:rPr>
              <w:t>Importo €</w:t>
            </w:r>
          </w:p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  <w:tr>
        <w:trPr>
          <w:trHeight w:val="510"/>
        </w:trPr>
        <w:tc>
          <w:tcPr>
            <w:tcW w:type="dxa" w:w="1247"/>
          </w:tcPr>
          <w:p/>
        </w:tc>
        <w:tc>
          <w:tcPr>
            <w:tcW w:type="dxa" w:w="3324"/>
          </w:tcPr>
          <w:p/>
        </w:tc>
        <w:tc>
          <w:tcPr>
            <w:tcW w:type="dxa" w:w="3324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sz w:val="22"/>
        </w:rPr>
        <w:t>Consapevole delle sanzioni penali previste dall'art. 76 del DPR 445/2000 per le dichiarazioni mendaci, il/la sottoscritto/a dichiara, ai sensi dell'art. 46 del medesimo decreto, di aver effettivamente sostenuto le spese indicate nella sezione C per lo svolgimento dell'attività di volontariato, e che le stesse non gli/le sono state rimborsate da altri. Allega copia del documento d'identità.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6"/>
        <w:gridCol w:w="4986"/>
      </w:tblGrid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Totale richiesto (A + B + C) €</w:t>
            </w:r>
          </w:p>
        </w:tc>
        <w:tc>
          <w:tcPr>
            <w:tcW w:type="dxa" w:w="4986"/>
          </w:tcPr>
          <w:p/>
        </w:tc>
      </w:tr>
      <w:tr>
        <w:trPr>
          <w:trHeight w:val="482"/>
        </w:trPr>
        <w:tc>
          <w:tcPr>
            <w:tcW w:type="dxa" w:w="3402"/>
          </w:tcPr>
          <w:p>
            <w:r>
              <w:rPr>
                <w:b/>
              </w:rPr>
              <w:t>Modalità di pagamento preferita (IBAN o altro)</w:t>
            </w:r>
          </w:p>
        </w:tc>
        <w:tc>
          <w:tcPr>
            <w:tcW w:type="dxa" w:w="4986"/>
          </w:tcPr>
          <w:p/>
        </w:tc>
      </w:tr>
    </w:tbl>
    <w:p>
      <w:pPr>
        <w:spacing w:after="80"/>
      </w:pPr>
      <w:r>
        <w:rPr>
          <w:b w:val="0"/>
          <w:sz w:val="22"/>
        </w:rPr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br/>
              <w:br/>
              <w:t>_______________________________</w:t>
            </w:r>
          </w:p>
        </w:tc>
      </w:tr>
      <w:tr>
        <w:tc>
          <w:tcPr>
            <w:tcW w:type="dxa" w:w="4986"/>
          </w:tcPr>
          <w:p>
            <w:pPr>
              <w:jc w:val="center"/>
            </w:pPr>
            <w:r>
              <w:t>Luogo e data</w:t>
            </w:r>
          </w:p>
        </w:tc>
        <w:tc>
          <w:tcPr>
            <w:tcW w:type="dxa" w:w="4986"/>
          </w:tcPr>
          <w:p>
            <w:pPr>
              <w:jc w:val="center"/>
            </w:pPr>
            <w:r>
              <w:t>Firma del volontario</w:t>
            </w:r>
          </w:p>
        </w:tc>
      </w:tr>
    </w:tbl>
    <w:p>
      <w:pPr>
        <w:spacing w:after="160"/>
      </w:pPr>
      <w:r>
        <w:rPr>
          <w:b w:val="0"/>
          <w:sz w:val="22"/>
        </w:rPr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972"/>
      </w:tblGrid>
      <w:tr>
        <w:tc>
          <w:tcPr>
            <w:tcW w:type="dxa" w:w="9972"/>
          </w:tcPr>
          <w:p>
            <w:r>
              <w:rPr>
                <w:b/>
                <w:sz w:val="19"/>
              </w:rPr>
              <w:t>RISERVATO ALL'ASSOCIAZIONE</w:t>
            </w:r>
          </w:p>
          <w:p>
            <w:r>
              <w:rPr>
                <w:sz w:val="20"/>
              </w:rPr>
              <w:t>Verificata la corrispondenza con la delibera sui rimborsi:  ☐ sì   ☐ no — importo approvato € ____________</w:t>
            </w:r>
          </w:p>
          <w:p>
            <w:r>
              <w:rPr>
                <w:sz w:val="20"/>
              </w:rPr>
              <w:t>Pagato il ____/____/________ con __________________     Firma ____________________________</w:t>
            </w:r>
          </w:p>
        </w:tc>
      </w:tr>
    </w:tbl>
    <w:p>
      <w:pPr>
        <w:spacing w:after="120"/>
      </w:pPr>
      <w:r>
        <w:rPr>
          <w:b w:val="0"/>
          <w:sz w:val="22"/>
        </w:rPr>
      </w:r>
    </w:p>
    <w:p>
      <w:pPr>
        <w:spacing w:after="120"/>
      </w:pPr>
      <w:r>
        <w:rPr>
          <w:b w:val="0"/>
          <w:color w:val="555555"/>
          <w:sz w:val="17"/>
        </w:rPr>
        <w:t>Nota. Si rimborsano solo le spese effettivamente sostenute e documentate, entro i limiti e alle condizioni stabiliti dall'ente; i rimborsi forfetari sono vietati (art. 17 c. 3 CTS). Le spese autocertificate sono ammesse entro 10 euro al giorno e 150 euro al mese per volontario, se l'organo sociale competente ha deliberato sulle tipologie di spesa e sulle attività ammesse; la regola non si applica alla donazione di sangue e di organi (art. 17 c. 4 CTS).</w:t>
      </w:r>
    </w:p>
    <w:p>
      <w:pPr>
        <w:spacing w:after="120"/>
      </w:pPr>
      <w:r>
        <w:rPr>
          <w:b w:val="0"/>
          <w:color w:val="888888"/>
          <w:sz w:val="16"/>
        </w:rPr>
        <w:t>Modello gratuito di SempliCo — semplico.net/modelli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Richiesta di rimborso spese del volontario</dc:title>
  <dc:subject/>
  <dc:creator>SempliCo — Chibri S.r.l.s.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