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RICHIESTA DI CONTRIBUTO E/O PATROCINIO</w:t>
      </w:r>
    </w:p>
    <w:p>
      <w:pPr>
        <w:spacing w:after="120"/>
      </w:pPr>
      <w:r>
        <w:rPr>
          <w:b w:val="0"/>
          <w:sz w:val="22"/>
        </w:rPr>
        <w:t>Al Sindaco del Comune di ________________________________</w:t>
      </w:r>
    </w:p>
    <w:p>
      <w:pPr>
        <w:spacing w:after="120"/>
      </w:pPr>
      <w:r>
        <w:rPr>
          <w:b w:val="0"/>
          <w:sz w:val="22"/>
        </w:rPr>
        <w:t>All'Ufficio / Settore ________________________________     PEC ________________________________</w:t>
      </w:r>
    </w:p>
    <w:p>
      <w:pPr>
        <w:spacing w:after="80"/>
      </w:pPr>
      <w:r>
        <w:rPr>
          <w:b/>
          <w:sz w:val="21"/>
        </w:rPr>
        <w:t>OGGETTO</w:t>
      </w:r>
    </w:p>
    <w:p>
      <w:pPr>
        <w:spacing w:after="120"/>
      </w:pPr>
      <w:r>
        <w:rPr>
          <w:b w:val="0"/>
          <w:sz w:val="22"/>
        </w:rPr>
        <w:t>Richiesta di ☐ patrocinio ☐ contributo economico ☐ uso di beni o servizi comunali per l'iniziativa «________________________________________».</w:t>
      </w:r>
    </w:p>
    <w:p>
      <w:pPr>
        <w:spacing w:after="120"/>
      </w:pPr>
      <w:r>
        <w:rPr>
          <w:b w:val="0"/>
          <w:sz w:val="22"/>
        </w:rPr>
        <w:t>Il/La sottoscritto/a ________________________________, in qualità di legale rappresentante dell'associazione indicata in intestazione,  ☐ iscritta al RUNTS, sezione ________ n. ________  ☐ iscritta all'albo comunale delle associazioni al n. ________  ☐ altro ____________,</w:t>
      </w:r>
    </w:p>
    <w:p>
      <w:pPr>
        <w:spacing w:after="80"/>
      </w:pPr>
      <w:r>
        <w:rPr>
          <w:b/>
          <w:sz w:val="21"/>
        </w:rPr>
        <w:t>CHIEDE</w:t>
      </w:r>
    </w:p>
    <w:p>
      <w:pPr>
        <w:spacing w:after="120"/>
      </w:pPr>
      <w:r>
        <w:rPr>
          <w:b w:val="0"/>
          <w:sz w:val="22"/>
        </w:rPr>
        <w:t>ai sensi del regolamento comunale per la concessione di contributi e patrocini (estremi: ______________________________), la concessione di:</w:t>
      </w:r>
    </w:p>
    <w:p>
      <w:pPr>
        <w:pStyle w:val="ListBullet"/>
        <w:spacing w:after="60"/>
      </w:pPr>
      <w:r>
        <w:t>☐ patrocinio del Comune, con l'uso dello stemma sul materiale informativo nelle forme indicate dal Comune;</w:t>
      </w:r>
    </w:p>
    <w:p>
      <w:pPr>
        <w:pStyle w:val="ListBullet"/>
        <w:spacing w:after="60"/>
      </w:pPr>
      <w:r>
        <w:t>☐ un contributo economico di € ____________, pari al ______ % del costo complessivo previsto;</w:t>
      </w:r>
    </w:p>
    <w:p>
      <w:pPr>
        <w:pStyle w:val="ListBullet"/>
        <w:spacing w:after="60"/>
      </w:pPr>
      <w:r>
        <w:t>☐ l'uso gratuito o agevolato di ______________________________ (locali, attrezzature, suolo pubblico), se il regolamento lo prevede.</w:t>
      </w:r>
    </w:p>
    <w:p>
      <w:pPr>
        <w:spacing w:after="80"/>
      </w:pPr>
      <w:r>
        <w:rPr>
          <w:b/>
          <w:sz w:val="21"/>
        </w:rPr>
        <w:t>DESCRIZIONE DELL'INIZIATIVA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Titolo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Data/e e luogo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Finalità e destinatari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Attività previste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Ingresso: gratuito o a pagamento (importo)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Partner ed enti coinvolti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Altri contributi o patrocini richiesti o ottenuti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PIANO ECONOMICO PREVISTO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Voci di spesa previste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Importo €</w:t>
            </w:r>
          </w:p>
        </w:tc>
        <w:tc>
          <w:tcPr>
            <w:tcW w:type="dxa" w:w="2493"/>
          </w:tcPr>
          <w:p>
            <w:r>
              <w:rPr>
                <w:b/>
              </w:rPr>
              <w:t>Voci di entrata previste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Importo €</w:t>
            </w:r>
          </w:p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Totale spese (€)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Totale entrate, escluso il contributo richiesto (€)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DICHIARA</w:t>
      </w:r>
    </w:p>
    <w:p>
      <w:pPr>
        <w:pStyle w:val="ListBullet"/>
        <w:spacing w:after="60"/>
      </w:pPr>
      <w:r>
        <w:t>che l'iniziativa è coerente con le finalità previste dallo statuto dell'associazione;</w:t>
      </w:r>
    </w:p>
    <w:p>
      <w:pPr>
        <w:pStyle w:val="ListBullet"/>
        <w:spacing w:after="60"/>
      </w:pPr>
      <w:r>
        <w:t>di aver preso visione del regolamento comunale e di accettarne le condizioni, compresi gli obblighi di rendicontazione;</w:t>
      </w:r>
    </w:p>
    <w:p>
      <w:pPr>
        <w:pStyle w:val="ListBullet"/>
        <w:spacing w:after="60"/>
      </w:pPr>
      <w:r>
        <w:t>di non usare lo stemma o il nome del Comune prima della concessione e di riportare, dopo la concessione, il patrocinio o il contributo nelle forme indicate dal Comune;</w:t>
      </w:r>
    </w:p>
    <w:p>
      <w:pPr>
        <w:pStyle w:val="ListBullet"/>
        <w:spacing w:after="60"/>
      </w:pPr>
      <w:r>
        <w:t>di impegnarsi a presentare il rendiconto dell'iniziativa con i giustificativi entro i termini del regolamento;</w:t>
      </w:r>
    </w:p>
    <w:p>
      <w:pPr>
        <w:pStyle w:val="ListBullet"/>
        <w:spacing w:after="60"/>
      </w:pPr>
      <w:r>
        <w:t>di rendere le dichiarazioni fiscali eventualmente richieste dal Comune, per esempio ai fini delle ritenute sui contributi;</w:t>
      </w:r>
    </w:p>
    <w:p>
      <w:pPr>
        <w:pStyle w:val="ListBullet"/>
        <w:spacing w:after="60"/>
      </w:pPr>
      <w:r>
        <w:t>che l'eventuale contributo va accreditato sul conto intestato all'associazione, IBAN ______________________________.</w:t>
      </w:r>
    </w:p>
    <w:p>
      <w:pPr>
        <w:spacing w:after="80"/>
      </w:pPr>
      <w:r>
        <w:rPr>
          <w:b/>
          <w:sz w:val="21"/>
        </w:rPr>
        <w:t>ALLEGATI</w:t>
      </w:r>
    </w:p>
    <w:p>
      <w:pPr>
        <w:pStyle w:val="ListBullet"/>
        <w:spacing w:after="60"/>
      </w:pPr>
      <w:r>
        <w:t>☐ programma dettagliato dell'iniziativa;</w:t>
      </w:r>
    </w:p>
    <w:p>
      <w:pPr>
        <w:pStyle w:val="ListBullet"/>
        <w:spacing w:after="60"/>
      </w:pPr>
      <w:r>
        <w:t>☐ preventivo delle spese;</w:t>
      </w:r>
    </w:p>
    <w:p>
      <w:pPr>
        <w:pStyle w:val="ListBullet"/>
        <w:spacing w:after="60"/>
      </w:pPr>
      <w:r>
        <w:t>☐ statuto e atto costitutivo, se non già depositati presso il Comune;</w:t>
      </w:r>
    </w:p>
    <w:p>
      <w:pPr>
        <w:pStyle w:val="ListBullet"/>
        <w:spacing w:after="60"/>
      </w:pPr>
      <w:r>
        <w:t>☐ copia del documento d'identità del legale rappresentante;</w:t>
      </w:r>
    </w:p>
    <w:p>
      <w:pPr>
        <w:pStyle w:val="ListBullet"/>
        <w:spacing w:after="60"/>
      </w:pPr>
      <w:r>
        <w:t>☐ altro: ______________________________</w:t>
      </w:r>
    </w:p>
    <w:p>
      <w:pPr>
        <w:spacing w:after="120"/>
      </w:pPr>
      <w:r>
        <w:rPr>
          <w:b w:val="0"/>
          <w:sz w:val="22"/>
        </w:rPr>
        <w:t>Referente per l'iniziativa: ________________________________  tel. ______________  email 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Il legale rappresentante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Le amministrazioni possono concedere contributi e vantaggi economici solo secondo criteri e modalità stabiliti in precedenza (art. 12 L. 241/1990): per il Comune stanno di solito in un regolamento, che fissa termini di presentazione, modulistica e rendicontazione. Se il Comune ha un modulo proprio, usate quello: questa lettera serve dove manca, o come traccia. L'eventuale imposta di bollo sull'istanza dipende dalla qualifica dell'ente: chiedete conferma all'ufficio o a chi vi assiste.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semplico.net/modelli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contributo e/o patrocinio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