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[DENOMINAZIONE DELL'ASSOCIAZIONE]</w:t>
      </w:r>
    </w:p>
    <w:p>
      <w:pPr>
        <w:spacing w:after="120"/>
        <w:jc w:val="center"/>
      </w:pPr>
      <w:r>
        <w:rPr>
          <w:b w:val="0"/>
          <w:sz w:val="18"/>
        </w:rPr>
        <w:t>Codice fiscale [_____] — RUNTS sezione [_____] n. [_____]</w:t>
      </w:r>
    </w:p>
    <w:p>
      <w:pPr>
        <w:spacing w:after="320"/>
        <w:jc w:val="center"/>
      </w:pPr>
      <w:r>
        <w:rPr>
          <w:b w:val="0"/>
          <w:sz w:val="18"/>
        </w:rPr>
        <w:t>[indirizzo della sede legale]</w:t>
      </w:r>
    </w:p>
    <w:p>
      <w:pPr>
        <w:spacing w:after="40"/>
        <w:jc w:val="center"/>
      </w:pPr>
      <w:r>
        <w:rPr>
          <w:b/>
          <w:sz w:val="26"/>
        </w:rPr>
        <w:t>RICEVUTA DI VERSAMENTO DELLA QUOTA ASSOCIATIVA</w:t>
      </w:r>
    </w:p>
    <w:p>
      <w:pPr>
        <w:spacing w:after="280"/>
        <w:jc w:val="center"/>
      </w:pPr>
      <w:r>
        <w:rPr>
          <w:b w:val="0"/>
          <w:color w:val="555555"/>
          <w:sz w:val="20"/>
        </w:rPr>
        <w:t>Ricevuta n. ______ del ____/____/________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Ricevuto da (socio/a)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Codice fiscale o n. tessera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Quota associativa per l'anno / periodo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Importo in cifre (€)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Importo in lettere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Modalità di pagamento (contanti, bonifico, POS…)</w:t>
            </w:r>
          </w:p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sz w:val="22"/>
        </w:rPr>
        <w:t>La somma è versata a titolo di quota associativa, nella misura deliberata dagli organi dell'associazione. La presente ricevuta non attesta un'erogazione liberale.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t>Luogo e data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Per l'associazione (firma)</w:t>
            </w:r>
          </w:p>
        </w:tc>
      </w:tr>
    </w:tbl>
    <w:p>
      <w:pPr>
        <w:spacing w:after="160"/>
      </w:pPr>
      <w:r>
        <w:rPr>
          <w:b w:val="0"/>
          <w:sz w:val="22"/>
        </w:rPr>
      </w:r>
    </w:p>
    <w:p>
      <w:pPr>
        <w:spacing w:after="160"/>
        <w:jc w:val="center"/>
      </w:pPr>
      <w:r>
        <w:rPr>
          <w:b w:val="0"/>
          <w:color w:val="888888"/>
          <w:sz w:val="17"/>
        </w:rPr>
        <w:t>- - - - - - - - - - - - - - -  Matrice da conservare in associazione  - - - - - - - - - - - - - - -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Ricevuta n. e data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Nominativo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Importo e modalità di pagamento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Firma di chi ha incassato</w:t>
            </w:r>
          </w:p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color w:val="555555"/>
          <w:sz w:val="17"/>
        </w:rPr>
        <w:t>Nota. Numerate le ricevute in ordine progressivo, senza salti: una ricevuta sbagliata si annulla e si conserva. Il regime fiscale e di bollo dipende dalla qualifica dell'ente e dalla natura della somma: chiedete conferma al vostro commercialista.</w:t>
      </w:r>
    </w:p>
    <w:p>
      <w:pPr>
        <w:spacing w:after="120"/>
      </w:pPr>
      <w:r>
        <w:rPr>
          <w:b w:val="0"/>
          <w:color w:val="888888"/>
          <w:sz w:val="16"/>
        </w:rPr>
        <w:t>Modello gratuito di SempliCo — compilabile anche online su semplico.net/strumenti/generatore-documenti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Ricevuta di versamento della quota associativa</dc:title>
  <dc:subject/>
  <dc:creator>SempliCo — Chibri S.r.l.s.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