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[DENOMINAZIONE DELL'ASSOCIAZIONE]</w:t>
      </w:r>
    </w:p>
    <w:p>
      <w:pPr>
        <w:spacing w:after="120"/>
        <w:jc w:val="center"/>
      </w:pPr>
      <w:r>
        <w:rPr>
          <w:b w:val="0"/>
          <w:sz w:val="18"/>
        </w:rPr>
        <w:t>Codice fiscale [_____] — RUNTS sezione [_____] n. [_____]</w:t>
      </w:r>
    </w:p>
    <w:p>
      <w:pPr>
        <w:spacing w:after="320"/>
        <w:jc w:val="center"/>
      </w:pPr>
      <w:r>
        <w:rPr>
          <w:b w:val="0"/>
          <w:sz w:val="18"/>
        </w:rPr>
        <w:t>[indirizzo della sede legale]</w:t>
      </w:r>
    </w:p>
    <w:p>
      <w:pPr>
        <w:spacing w:after="40"/>
        <w:jc w:val="center"/>
      </w:pPr>
      <w:r>
        <w:rPr>
          <w:b/>
          <w:sz w:val="26"/>
        </w:rPr>
        <w:t>RICEVUTA PER EROGAZIONE LIBERALE</w:t>
      </w:r>
    </w:p>
    <w:p>
      <w:pPr>
        <w:spacing w:after="280"/>
        <w:jc w:val="center"/>
      </w:pPr>
      <w:r>
        <w:rPr>
          <w:b w:val="0"/>
          <w:color w:val="555555"/>
          <w:sz w:val="20"/>
        </w:rPr>
        <w:t>Ricevuta n. ______ del ____/____/________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rPr>
          <w:trHeight w:val="482"/>
        </w:trPr>
        <w:tc>
          <w:tcPr>
            <w:tcW w:type="dxa" w:w="3402"/>
          </w:tcPr>
          <w:p>
            <w:r>
              <w:rPr>
                <w:b/>
              </w:rPr>
              <w:t>Ricevuto da (nome e cognome o denominazione)</w:t>
            </w:r>
          </w:p>
        </w:tc>
        <w:tc>
          <w:tcPr>
            <w:tcW w:type="dxa" w:w="4986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>
              <w:rPr>
                <w:b/>
              </w:rPr>
              <w:t>Codice fiscale del donatore</w:t>
            </w:r>
          </w:p>
        </w:tc>
        <w:tc>
          <w:tcPr>
            <w:tcW w:type="dxa" w:w="4986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>
              <w:rPr>
                <w:b/>
              </w:rPr>
              <w:t>Indirizzo del donatore</w:t>
            </w:r>
          </w:p>
        </w:tc>
        <w:tc>
          <w:tcPr>
            <w:tcW w:type="dxa" w:w="4986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>
              <w:rPr>
                <w:b/>
              </w:rPr>
              <w:t>Importo in cifre (€)</w:t>
            </w:r>
          </w:p>
        </w:tc>
        <w:tc>
          <w:tcPr>
            <w:tcW w:type="dxa" w:w="4986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>
              <w:rPr>
                <w:b/>
              </w:rPr>
              <w:t>Importo in lettere</w:t>
            </w:r>
          </w:p>
        </w:tc>
        <w:tc>
          <w:tcPr>
            <w:tcW w:type="dxa" w:w="4986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>
              <w:rPr>
                <w:b/>
              </w:rPr>
              <w:t>Data del versamento</w:t>
            </w:r>
          </w:p>
        </w:tc>
        <w:tc>
          <w:tcPr>
            <w:tcW w:type="dxa" w:w="4986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>
              <w:rPr>
                <w:b/>
              </w:rPr>
              <w:t>Mezzo di pagamento (bonifico, bollettino, carta, assegno)</w:t>
            </w:r>
          </w:p>
        </w:tc>
        <w:tc>
          <w:tcPr>
            <w:tcW w:type="dxa" w:w="4986"/>
          </w:tcPr>
          <w:p/>
        </w:tc>
      </w:tr>
    </w:tbl>
    <w:p>
      <w:pPr>
        <w:spacing w:after="80"/>
      </w:pPr>
      <w:r>
        <w:rPr>
          <w:b w:val="0"/>
          <w:sz w:val="22"/>
        </w:rPr>
      </w:r>
    </w:p>
    <w:p>
      <w:pPr>
        <w:spacing w:after="120"/>
      </w:pPr>
      <w:r>
        <w:rPr>
          <w:b w:val="0"/>
          <w:sz w:val="22"/>
        </w:rPr>
        <w:t>L'associazione dichiara di aver ricevuto la somma sopra indicata a titolo di erogazione liberale, senza alcuna controprestazione, e che la destinerà allo svolgimento delle attività statutarie per l'esclusivo perseguimento di finalità civiche, solidaristiche e di utilità sociale.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pPr>
              <w:jc w:val="center"/>
            </w:pPr>
            <w:r>
              <w:br/>
              <w:br/>
              <w:t>_______________________________</w:t>
            </w:r>
          </w:p>
        </w:tc>
        <w:tc>
          <w:tcPr>
            <w:tcW w:type="dxa" w:w="4986"/>
          </w:tcPr>
          <w:p>
            <w:pPr>
              <w:jc w:val="center"/>
            </w:pPr>
            <w:r>
              <w:br/>
              <w:br/>
              <w:t>_______________________________</w:t>
            </w:r>
          </w:p>
        </w:tc>
      </w:tr>
      <w:tr>
        <w:tc>
          <w:tcPr>
            <w:tcW w:type="dxa" w:w="4986"/>
          </w:tcPr>
          <w:p>
            <w:pPr>
              <w:jc w:val="center"/>
            </w:pPr>
            <w:r>
              <w:t>Luogo e data</w:t>
            </w:r>
          </w:p>
        </w:tc>
        <w:tc>
          <w:tcPr>
            <w:tcW w:type="dxa" w:w="4986"/>
          </w:tcPr>
          <w:p>
            <w:pPr>
              <w:jc w:val="center"/>
            </w:pPr>
            <w:r>
              <w:t>Per l'associazione (firma)</w:t>
            </w:r>
          </w:p>
        </w:tc>
      </w:tr>
    </w:tbl>
    <w:p>
      <w:pPr>
        <w:spacing w:after="160"/>
      </w:pPr>
      <w:r>
        <w:rPr>
          <w:b w:val="0"/>
          <w:sz w:val="22"/>
        </w:rPr>
      </w:r>
    </w:p>
    <w:p>
      <w:pPr>
        <w:spacing w:after="160"/>
        <w:jc w:val="center"/>
      </w:pPr>
      <w:r>
        <w:rPr>
          <w:b w:val="0"/>
          <w:color w:val="888888"/>
          <w:sz w:val="17"/>
        </w:rPr>
        <w:t>- - - - - - - - - - - - - - -  Matrice da conservare in associazione  - - - - - - - - - - - - - - -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rPr>
          <w:trHeight w:val="482"/>
        </w:trPr>
        <w:tc>
          <w:tcPr>
            <w:tcW w:type="dxa" w:w="3402"/>
          </w:tcPr>
          <w:p>
            <w:r>
              <w:rPr>
                <w:b/>
              </w:rPr>
              <w:t>Ricevuta n. e data</w:t>
            </w:r>
          </w:p>
        </w:tc>
        <w:tc>
          <w:tcPr>
            <w:tcW w:type="dxa" w:w="4986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>
              <w:rPr>
                <w:b/>
              </w:rPr>
              <w:t>Nominativo</w:t>
            </w:r>
          </w:p>
        </w:tc>
        <w:tc>
          <w:tcPr>
            <w:tcW w:type="dxa" w:w="4986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>
              <w:rPr>
                <w:b/>
              </w:rPr>
              <w:t>Importo e modalità di pagamento</w:t>
            </w:r>
          </w:p>
        </w:tc>
        <w:tc>
          <w:tcPr>
            <w:tcW w:type="dxa" w:w="4986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>
              <w:rPr>
                <w:b/>
              </w:rPr>
              <w:t>Firma di chi ha incassato</w:t>
            </w:r>
          </w:p>
        </w:tc>
        <w:tc>
          <w:tcPr>
            <w:tcW w:type="dxa" w:w="4986"/>
          </w:tcPr>
          <w:p/>
        </w:tc>
      </w:tr>
    </w:tbl>
    <w:p>
      <w:pPr>
        <w:spacing w:after="80"/>
      </w:pPr>
      <w:r>
        <w:rPr>
          <w:b w:val="0"/>
          <w:sz w:val="22"/>
        </w:rPr>
      </w:r>
    </w:p>
    <w:p>
      <w:pPr>
        <w:spacing w:after="120"/>
      </w:pPr>
      <w:r>
        <w:rPr>
          <w:b w:val="0"/>
          <w:color w:val="555555"/>
          <w:sz w:val="17"/>
        </w:rPr>
        <w:t>Nota. Le agevolazioni per chi dona (art. 83 D.Lgs. 117/2017) riguardano le erogazioni a favore di enti iscritti al RUNTS: indicate nell'intestazione sezione e numero di iscrizione. Per le erogazioni in denaro la detrazione spetta solo se il versamento è tracciabile (banca, posta, carte, assegni): non rilasciate questa ricevuta per somme ricevute in contanti come se dessero diritto a detrazione. La scelta fra detrazione e deduzione spetta al donatore.</w:t>
      </w:r>
    </w:p>
    <w:p>
      <w:pPr>
        <w:spacing w:after="120"/>
      </w:pPr>
      <w:r>
        <w:rPr>
          <w:b w:val="0"/>
          <w:color w:val="888888"/>
          <w:sz w:val="16"/>
        </w:rPr>
        <w:t>Modello gratuito di SempliCo — compilabile anche online su semplico.net/strumenti/generatore-documenti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Ricevuta per erogazione liberale</dc:title>
  <dc:subject/>
  <dc:creator>SempliCo — Chibri S.r.l.s.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