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DICHIARAZIONE DI RECESSO DALL'ASSOCIAZIONE</w:t>
      </w:r>
    </w:p>
    <w:p>
      <w:pPr>
        <w:spacing w:after="280"/>
        <w:jc w:val="center"/>
      </w:pPr>
      <w:r>
        <w:rPr>
          <w:b w:val="0"/>
          <w:color w:val="555555"/>
          <w:sz w:val="20"/>
        </w:rPr>
        <w:t>al Presidente e al Consiglio direttivo dell'associazione indicata in intestazione</w:t>
      </w:r>
    </w:p>
    <w:p>
      <w:pPr>
        <w:spacing w:after="120"/>
      </w:pPr>
      <w:r>
        <w:rPr>
          <w:b w:val="0"/>
          <w:sz w:val="22"/>
        </w:rPr>
        <w:t>Il/La sottoscritto/a 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Luogo e data di nascita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Codice fiscale o numero di tessera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Residenza (via, CAP, comune)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Email o recapito per le comunicazioni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COMUNICA</w:t>
      </w:r>
    </w:p>
    <w:p>
      <w:pPr>
        <w:spacing w:after="120"/>
      </w:pPr>
      <w:r>
        <w:rPr>
          <w:b w:val="0"/>
          <w:sz w:val="22"/>
        </w:rPr>
        <w:t>di recedere dall'associazione, di cui è socio/a dal ____/____/________, e chiede che il recesso sia annotato nel libro degli associati e che gli/le sia confermata per iscritto la data dalla quale ha effetto.</w:t>
      </w:r>
    </w:p>
    <w:p>
      <w:pPr>
        <w:spacing w:after="80"/>
      </w:pPr>
      <w:r>
        <w:rPr>
          <w:b/>
          <w:sz w:val="21"/>
        </w:rPr>
        <w:t>DICHIARA DI ESSERE A CONOSCENZA</w:t>
      </w:r>
    </w:p>
    <w:p>
      <w:pPr>
        <w:pStyle w:val="ListBullet"/>
        <w:spacing w:after="60"/>
      </w:pPr>
      <w:r>
        <w:t>che la data dalla quale il recesso ha effetto e gli eventuali termini di preavviso sono quelli previsti dallo statuto e, per le associazioni riconosciute, dall'art. 24 del codice civile;</w:t>
      </w:r>
    </w:p>
    <w:p>
      <w:pPr>
        <w:pStyle w:val="ListBullet"/>
        <w:spacing w:after="60"/>
      </w:pPr>
      <w:r>
        <w:t>che chi recede non può chiedere la restituzione dei contributi versati né una parte del patrimonio o del fondo comune dell'associazione (art. 24 c.c. per le associazioni riconosciute, art. 37 c.c. per quelle non riconosciute);</w:t>
      </w:r>
    </w:p>
    <w:p>
      <w:pPr>
        <w:pStyle w:val="ListBullet"/>
        <w:spacing w:after="60"/>
      </w:pPr>
      <w:r>
        <w:t>che eventuali quote o contributi scaduti prima della data di efficacia del recesso restano regolati dallo statuto.</w:t>
      </w:r>
    </w:p>
    <w:p>
      <w:pPr>
        <w:spacing w:after="80"/>
      </w:pPr>
      <w:r>
        <w:rPr>
          <w:b/>
          <w:sz w:val="21"/>
        </w:rPr>
        <w:t>SI IMPEGNA</w:t>
      </w:r>
    </w:p>
    <w:p>
      <w:pPr>
        <w:spacing w:after="120"/>
      </w:pPr>
      <w:r>
        <w:rPr>
          <w:b w:val="0"/>
          <w:sz w:val="22"/>
        </w:rPr>
        <w:t>a restituire entro il ____/____/________ tessera, chiavi, divise, attrezzature e documenti dell'associazione eventualmente in suo possesso: 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b/>
                <w:sz w:val="19"/>
              </w:rPr>
              <w:t>SOLO SE IL SOCIO RICOPRE CARICHE O PRESTA ATTIVITÀ DI VOLONTARIATO</w:t>
            </w:r>
          </w:p>
          <w:p>
            <w:r>
              <w:rPr>
                <w:sz w:val="20"/>
              </w:rPr>
              <w:t>☐ Ricopre la carica di ____________________ e presenta separata lettera di dimissioni.</w:t>
            </w:r>
          </w:p>
          <w:p>
            <w:r>
              <w:rPr>
                <w:sz w:val="20"/>
              </w:rPr>
              <w:t>☐ È iscritto/a nel registro dei volontari e chiede di esserne cancellato/a dalla stessa data.</w:t>
            </w:r>
          </w:p>
          <w:p>
            <w:r>
              <w:rPr>
                <w:sz w:val="20"/>
              </w:rPr>
              <w:t>☐ Chiede di continuare a prestare attività di volontariato, se lo statuto lo consente.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Firma del socio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b/>
                <w:sz w:val="19"/>
              </w:rPr>
              <w:t>RISERVATO ALL'ASSOCIAZIONE</w:t>
            </w:r>
          </w:p>
          <w:p>
            <w:r>
              <w:rPr>
                <w:sz w:val="20"/>
              </w:rPr>
              <w:t>Ricevuta il ____/____/________ con  ☐ consegna a mano  ☐ raccomandata  ☐ PEC  ☐ email</w:t>
            </w:r>
          </w:p>
          <w:p>
            <w:r>
              <w:rPr>
                <w:sz w:val="20"/>
              </w:rPr>
              <w:t>Recesso efficace dal ____/____/________ ai sensi dell'art. ______ dello statuto</w:t>
            </w:r>
          </w:p>
          <w:p>
            <w:r>
              <w:rPr>
                <w:sz w:val="20"/>
              </w:rPr>
              <w:t>Annotato nel libro degli associati il ____/____/________     Comunicato all'interessato il ____/____/________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Per le associazioni riconosciute l'art. 24 c.c. stabilisce che l'associato può sempre recedere, se non si è obbligato a farne parte per un tempo determinato; la dichiarazione va comunicata per iscritto agli amministratori e ha effetto con lo scadere dell'anno in corso, purché sia fatta almeno tre mesi prima. Per le associazioni non riconosciute l'ordinamento interno è regolato dagli accordi degli associati (art. 36 c.c.): termini ed effetti del recesso sono quelli dello statuto. In entrambi i casi la data di cessazione si annota nel libro degli associati senza cancellare la riga del socio.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semplico.net/modelli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recesso dall'associazione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