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LIBERATORIA PER L'USO DI FOTOGRAFIE E RIPRESE VIDEO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Autorizzazione alla pubblicazione dell'immagine e consenso al relativo trattamento dei dati</w:t>
      </w:r>
    </w:p>
    <w:p>
      <w:pPr>
        <w:spacing w:after="120"/>
      </w:pPr>
      <w:r>
        <w:rPr>
          <w:b w:val="0"/>
          <w:sz w:val="22"/>
        </w:rPr>
        <w:t>Il/La sottoscritto/a 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Luogo e data di nascita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Residenza (via, CAP, comune)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Email o telefono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Partecipa come: ☐ socio/a ☐ volontario/a ☐ partecipante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Evento o attività a cui si riferisce la liberatoria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AUTORIZZA</w:t>
      </w:r>
    </w:p>
    <w:p>
      <w:pPr>
        <w:spacing w:after="120"/>
      </w:pPr>
      <w:r>
        <w:rPr>
          <w:b w:val="0"/>
          <w:sz w:val="22"/>
        </w:rPr>
        <w:t>l'associazione indicata in intestazione, a titolo gratuito, a pubblicare fotografie e riprese video in cui compare la propria immagine, realizzate durante ☐ l'evento sopra indicato ☐ le attività associative dell'anno ________, nei canali indicati qui sotto. Ogni voce è una scelta separata:</w:t>
      </w:r>
    </w:p>
    <w:p>
      <w:pPr>
        <w:pStyle w:val="ListBullet"/>
        <w:spacing w:after="60"/>
      </w:pPr>
      <w:r>
        <w:t>sito internet dell'associazione:   ☐ sì   ☐ no</w:t>
      </w:r>
    </w:p>
    <w:p>
      <w:pPr>
        <w:pStyle w:val="ListBullet"/>
        <w:spacing w:after="60"/>
      </w:pPr>
      <w:r>
        <w:t>pagine social dell'associazione (indicare quali: ____________________):   ☐ sì   ☐ no</w:t>
      </w:r>
    </w:p>
    <w:p>
      <w:pPr>
        <w:pStyle w:val="ListBullet"/>
        <w:spacing w:after="60"/>
      </w:pPr>
      <w:r>
        <w:t>materiale stampato (locandine, opuscoli, bilancio sociale):   ☐ sì   ☐ no</w:t>
      </w:r>
    </w:p>
    <w:p>
      <w:pPr>
        <w:pStyle w:val="ListBullet"/>
        <w:spacing w:after="60"/>
      </w:pPr>
      <w:r>
        <w:t>newsletter e comunicazioni ai soci:   ☐ sì   ☐ no</w:t>
      </w:r>
    </w:p>
    <w:p>
      <w:pPr>
        <w:pStyle w:val="ListBullet"/>
        <w:spacing w:after="60"/>
      </w:pPr>
      <w:r>
        <w:t>comunicati e servizi della stampa locale:   ☐ sì   ☐ no</w:t>
      </w:r>
    </w:p>
    <w:p>
      <w:pPr>
        <w:spacing w:after="120"/>
      </w:pPr>
      <w:r>
        <w:rPr>
          <w:b w:val="0"/>
          <w:sz w:val="22"/>
        </w:rPr>
        <w:t>Le immagini sono usate per documentare e far conoscere le attività dell'associazione, senza fini commerciali, e mai in contesti che rechino pregiudizio all'onore, alla reputazione o al decoro della persona ritratta. L'autorizzazione non dà diritto ad alcun compenso.</w:t>
      </w:r>
    </w:p>
    <w:p>
      <w:pPr>
        <w:spacing w:after="120"/>
      </w:pPr>
      <w:r>
        <w:rPr>
          <w:b w:val="0"/>
          <w:sz w:val="22"/>
        </w:rPr>
        <w:t>Il consenso è facoltativo: chi non lo presta partecipa comunque alle attività dell'associazione. Può essere revocato in qualsiasi momento scrivendo a ________________________________. Dopo la revoca l'associazione non userà più le immagini e le rimuoverà dai propri canali; la revoca non rende illecito l'uso fatto in precedenza e non riguarda il materiale stampato già distribuito.</w:t>
      </w:r>
    </w:p>
    <w:p>
      <w:pPr>
        <w:spacing w:after="120"/>
      </w:pPr>
      <w:r>
        <w:rPr>
          <w:b w:val="0"/>
          <w:sz w:val="22"/>
        </w:rPr>
        <w:t>Il trattamento dei dati personali collegato a questa autorizzazione è descritto nell'informativa privacy dell'associazione, consegnata insieme al presente modulo.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dell'interessato/a (se maggiorenne)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sz w:val="19"/>
              </w:rPr>
              <w:t>SE LA PERSONA RITRATTA È MINORENNE</w:t>
            </w:r>
          </w:p>
          <w:p>
            <w:r>
              <w:rPr>
                <w:sz w:val="20"/>
              </w:rPr>
              <w:t>I sottoscritti ________________________________ e ________________________________, esercenti la responsabilità genitoriale sul/sulla minore ________________________________, nato/a il ____/____/________, prestano l'autorizzazione sopra indicata per suo conto, alle stesse condizioni e solo per i canali barrati con «sì».</w:t>
            </w:r>
          </w:p>
          <w:p>
            <w:r>
              <w:rPr>
                <w:sz w:val="20"/>
              </w:rPr>
              <w:t>Firma del primo genitore o del tutore ____________________     Firma del secondo genitore ____________________</w:t>
            </w:r>
          </w:p>
          <w:p>
            <w:r>
              <w:rPr>
                <w:sz w:val="20"/>
              </w:rPr>
              <w:t>Se firma un solo genitore, dichiara:  ☐ di esercitare in via esclusiva la responsabilità genitoriale  ☐ che l'altro genitore è informato e d'accordo.   Firma ____________________</w:t>
            </w:r>
          </w:p>
          <w:p>
            <w:r>
              <w:rPr>
                <w:sz w:val="20"/>
              </w:rPr>
              <w:t>Il/La minore è stato/a informato/a e non si oppone. Firma del/della minore (facoltativa) ____________________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Il ritratto di una persona non può essere esposto o riprodotto senza il suo consenso, salvo i casi dell'art. 97 L. 633/1941 (per esempio fatti o cerimonie di interesse pubblico o svoltisi in pubblico), e mai quando ne derivi pregiudizio all'onore, alla reputazione o al decoro della persona (artt. 96-97 L. 633/1941, art. 10 c.c.). Per un'associazione il consenso scritto e distinto per canale è la strada più prudente; il consenso è revocabile in ogni momento (art. 7 Reg. UE 2016/679). Per i minori è prudente raccogliere la firma di entrambi i genitori, che rappresentano il figlio congiuntamente salvo esercizio esclusivo della responsabilità genitoriale (art. 320 c.c.). La soglia dei quattordici anni dell'art. 2-quinquies D.Lgs. 196/2003 riguarda i servizi della società dell'informazione offerti direttamente ai minori, non questa liberatoria. Conservate il modulo firmato finché le immagini restano pubblicate.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semplico.net/modelli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per l'uso di fotografie e riprese video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