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DOMANDA DI AMMISSIONE A SOCIO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al Consiglio direttivo dell'associazione</w:t>
      </w:r>
    </w:p>
    <w:p>
      <w:pPr>
        <w:spacing w:after="120"/>
      </w:pPr>
      <w:r>
        <w:rPr>
          <w:b w:val="0"/>
          <w:sz w:val="22"/>
        </w:rPr>
        <w:t>Il/La sottoscritto/a 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Luogo e data di nascita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Codice fiscale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Residenza (via, CAP, comune)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Telefono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CHIEDE</w:t>
      </w:r>
    </w:p>
    <w:p>
      <w:pPr>
        <w:spacing w:after="120"/>
      </w:pPr>
      <w:r>
        <w:rPr>
          <w:b w:val="0"/>
          <w:sz w:val="22"/>
        </w:rPr>
        <w:t>di essere ammesso/a come socio/a dell'associazione e, a tal fine,</w:t>
      </w:r>
    </w:p>
    <w:p>
      <w:pPr>
        <w:spacing w:after="80"/>
      </w:pPr>
      <w:r>
        <w:rPr>
          <w:b/>
          <w:sz w:val="21"/>
        </w:rPr>
        <w:t>DICHIARA</w:t>
      </w:r>
    </w:p>
    <w:p>
      <w:pPr>
        <w:pStyle w:val="ListBullet"/>
        <w:spacing w:after="60"/>
      </w:pPr>
      <w:r>
        <w:t>di aver letto e di accettare lo statuto e gli eventuali regolamenti dell'associazione;</w:t>
      </w:r>
    </w:p>
    <w:p>
      <w:pPr>
        <w:pStyle w:val="ListBullet"/>
        <w:spacing w:after="60"/>
      </w:pPr>
      <w:r>
        <w:t>di condividerne le finalità e di impegnarsi a rispettarne le deliberazioni;</w:t>
      </w:r>
    </w:p>
    <w:p>
      <w:pPr>
        <w:pStyle w:val="ListBullet"/>
        <w:spacing w:after="60"/>
      </w:pPr>
      <w:r>
        <w:t>di impegnarsi a versare la quota associativa nella misura deliberata dagli organi dell'associazione;</w:t>
      </w:r>
    </w:p>
    <w:p>
      <w:pPr>
        <w:pStyle w:val="ListBullet"/>
        <w:spacing w:after="60"/>
      </w:pPr>
      <w:r>
        <w:t>di aver ricevuto e letto l'informativa sul trattamento dei dati personali (artt. 13-14 Reg. UE 2016/679).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richiedente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sz w:val="19"/>
              </w:rPr>
              <w:t>SOLO SE IL RICHIEDENTE È MINORENNE (SE LO STATUTO LO CONSENTE)</w:t>
            </w:r>
          </w:p>
          <w:p>
            <w:r>
              <w:rPr>
                <w:sz w:val="20"/>
              </w:rPr>
              <w:t>Il/La sottoscritto/a ________________________________, esercente la responsabilità genitoriale, sottoscrive la presente domanda.</w:t>
            </w:r>
          </w:p>
          <w:p>
            <w:r>
              <w:rPr>
                <w:sz w:val="20"/>
              </w:rPr>
              <w:t>Firma ________________________________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sz w:val="19"/>
              </w:rPr>
              <w:t>RISERVATO AL CONSIGLIO DIRETTIVO</w:t>
            </w:r>
          </w:p>
          <w:p>
            <w:r>
              <w:rPr>
                <w:sz w:val="20"/>
              </w:rPr>
              <w:t>Domanda ricevuta il ____/____/________     Verbale del Consiglio n. ______ del ____/____/________</w:t>
            </w:r>
          </w:p>
          <w:p>
            <w:r>
              <w:rPr>
                <w:sz w:val="20"/>
              </w:rPr>
              <w:t>Esito:  ☐ accolta     ☐ respinta con motivazione (art. 23 c. 2 CTS: da comunicare entro 60 giorni)</w:t>
            </w:r>
          </w:p>
          <w:p>
            <w:r>
              <w:rPr>
                <w:sz w:val="20"/>
              </w:rPr>
              <w:t>Comunicata all'interessato il ____/____/________     Annotata nel libro degli associati al n. ______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Salvo diversa previsione dello statuto, l'ammissione è deliberata dall'organo di amministrazione su domanda dell'interessato, comunicata all'interessato e annotata nel libro degli associati (art. 23 c. 1 D.Lgs. 117/2017). I dati richiesti sono quelli necessari a gestire il rapporto associativo: non serve un consenso al trattamento, che resta necessario solo per usi ulteriori (per esempio la pubblicazione di fotografie). Adattate il modello al vostro statuto prima di usarlo.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compilabile anche online su semplico.net/strumenti/generatore-documenti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ammissione a socio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