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[DENOMINAZIONE DELL'ASSOCIAZIONE]</w:t>
      </w:r>
    </w:p>
    <w:p>
      <w:pPr>
        <w:spacing w:after="120"/>
        <w:jc w:val="center"/>
      </w:pPr>
      <w:r>
        <w:rPr>
          <w:b w:val="0"/>
          <w:sz w:val="18"/>
        </w:rPr>
        <w:t>Codice fiscale [_____] — RUNTS sezione [_____] n. [_____]</w:t>
      </w:r>
    </w:p>
    <w:p>
      <w:pPr>
        <w:spacing w:after="320"/>
        <w:jc w:val="center"/>
      </w:pPr>
      <w:r>
        <w:rPr>
          <w:b w:val="0"/>
          <w:sz w:val="18"/>
        </w:rPr>
        <w:t>[indirizzo della sede legale]</w:t>
      </w:r>
    </w:p>
    <w:p>
      <w:pPr>
        <w:spacing w:after="40"/>
        <w:jc w:val="center"/>
      </w:pPr>
      <w:r>
        <w:rPr>
          <w:b/>
          <w:sz w:val="26"/>
        </w:rPr>
        <w:t>DIMISSIONI DA COMPONENTE DEL CONSIGLIO DIRETTIVO</w:t>
      </w:r>
    </w:p>
    <w:p>
      <w:pPr>
        <w:spacing w:after="280"/>
        <w:jc w:val="center"/>
      </w:pPr>
      <w:r>
        <w:rPr>
          <w:b w:val="0"/>
          <w:color w:val="555555"/>
          <w:sz w:val="20"/>
        </w:rPr>
        <w:t>al Presidente e al Consiglio direttivo dell'associazione indicata in intestazione</w:t>
      </w:r>
    </w:p>
    <w:p>
      <w:pPr>
        <w:spacing w:after="120"/>
      </w:pPr>
      <w:r>
        <w:rPr>
          <w:b w:val="0"/>
          <w:sz w:val="22"/>
        </w:rPr>
        <w:t>Il/La sottoscritto/a 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Codice fiscale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Carica ricoperta (consigliere, vicepresidente, tesoriere, …)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Eletto/a dall'assemblea del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Recapito per le comunicazioni</w:t>
            </w:r>
          </w:p>
        </w:tc>
        <w:tc>
          <w:tcPr>
            <w:tcW w:type="dxa" w:w="4986"/>
          </w:tcPr>
          <w:p/>
        </w:tc>
      </w:tr>
    </w:tbl>
    <w:p>
      <w:pPr>
        <w:spacing w:after="80"/>
      </w:pPr>
      <w:r>
        <w:rPr>
          <w:b w:val="0"/>
          <w:sz w:val="22"/>
        </w:rPr>
      </w:r>
    </w:p>
    <w:p>
      <w:pPr>
        <w:spacing w:after="80"/>
      </w:pPr>
      <w:r>
        <w:rPr>
          <w:b/>
          <w:sz w:val="21"/>
        </w:rPr>
        <w:t>COMUNICA</w:t>
      </w:r>
    </w:p>
    <w:p>
      <w:pPr>
        <w:spacing w:after="120"/>
      </w:pPr>
      <w:r>
        <w:rPr>
          <w:b w:val="0"/>
          <w:sz w:val="22"/>
        </w:rPr>
        <w:t>le proprie dimissioni dalla carica di componente del Consiglio direttivo ☐ e dalla carica di ____________________, con effetto:</w:t>
      </w:r>
    </w:p>
    <w:p>
      <w:pPr>
        <w:pStyle w:val="ListBullet"/>
        <w:spacing w:after="60"/>
      </w:pPr>
      <w:r>
        <w:t>☐ dalla data di ricevimento della presente;</w:t>
      </w:r>
    </w:p>
    <w:p>
      <w:pPr>
        <w:pStyle w:val="ListBullet"/>
        <w:spacing w:after="60"/>
      </w:pPr>
      <w:r>
        <w:t>☐ dal ____/____/________;</w:t>
      </w:r>
    </w:p>
    <w:p>
      <w:pPr>
        <w:pStyle w:val="ListBullet"/>
        <w:spacing w:after="60"/>
      </w:pPr>
      <w:r>
        <w:t>☐ dalla data prevista dallo statuto (per esempio dalla sostituzione).</w:t>
      </w:r>
    </w:p>
    <w:p>
      <w:pPr>
        <w:spacing w:after="120"/>
      </w:pPr>
      <w:r>
        <w:rPr>
          <w:b w:val="0"/>
          <w:sz w:val="22"/>
        </w:rPr>
        <w:t>Le dimissioni riguardano solo la carica indicata: il/la sottoscritto/a ☐ resta socio/a dell'associazione ☐ recede anche dall'associazione, con separata dichiarazione.</w:t>
      </w:r>
    </w:p>
    <w:p>
      <w:pPr>
        <w:spacing w:after="120"/>
      </w:pPr>
      <w:r>
        <w:rPr>
          <w:b w:val="0"/>
          <w:sz w:val="22"/>
        </w:rPr>
        <w:t>Si impegna a consegnare entro il ____/____/________ documenti, credenziali di accesso, chiavi e beni dell'associazione in suo possesso, e a collaborare al passaggio delle pratiche in corso.</w:t>
      </w:r>
    </w:p>
    <w:p>
      <w:pPr>
        <w:spacing w:after="80"/>
      </w:pPr>
      <w:r>
        <w:rPr>
          <w:b/>
          <w:sz w:val="21"/>
        </w:rPr>
        <w:t>MOTIVAZIONE (FACOLTATIVA)</w:t>
      </w:r>
    </w:p>
    <w:p>
      <w:pPr>
        <w:spacing w:after="120"/>
      </w:pPr>
      <w:r>
        <w:rPr>
          <w:b w:val="0"/>
          <w:sz w:val="22"/>
        </w:rPr>
        <w:t>________________________________________________________________________________________________</w:t>
      </w:r>
    </w:p>
    <w:p>
      <w:pPr>
        <w:spacing w:after="120"/>
      </w:pPr>
      <w:r>
        <w:rPr>
          <w:b w:val="0"/>
          <w:sz w:val="22"/>
        </w:rPr>
        <w:t>________________________________________________________________________________________________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t>Luogo e data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t>Firma del consigliere</w:t>
            </w:r>
          </w:p>
        </w:tc>
      </w:tr>
    </w:tbl>
    <w:p>
      <w:pPr>
        <w:spacing w:after="160"/>
      </w:pPr>
      <w:r>
        <w:rPr>
          <w:b w:val="0"/>
          <w:sz w:val="22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>
              <w:rPr>
                <w:b/>
                <w:sz w:val="19"/>
              </w:rPr>
              <w:t>RISERVATO ALL'ASSOCIAZIONE</w:t>
            </w:r>
          </w:p>
          <w:p>
            <w:r>
              <w:rPr>
                <w:sz w:val="20"/>
              </w:rPr>
              <w:t>Ricevute il ____/____/________     Presa d'atto nel verbale del Consiglio n. ______ del ____/____/________</w:t>
            </w:r>
          </w:p>
          <w:p>
            <w:r>
              <w:rPr>
                <w:sz w:val="20"/>
              </w:rPr>
              <w:t>Sostituzione ai sensi dell'art. ______ dello statuto:  ☐ subentro del primo dei non eletti  ☐ cooptazione da ratificare in assemblea  ☐ elezione in assemblea  ☐ altro ____________</w:t>
            </w:r>
          </w:p>
          <w:p>
            <w:r>
              <w:rPr>
                <w:sz w:val="20"/>
              </w:rPr>
              <w:t>Aggiornamento delle cariche sociali nel RUNTS depositato il ____/____/________</w:t>
            </w:r>
          </w:p>
          <w:p>
            <w:r>
              <w:rPr>
                <w:sz w:val="20"/>
              </w:rPr>
              <w:t>Firme sul conto corrente, deleghe e accessi revocati il ____/____/________</w:t>
            </w:r>
          </w:p>
        </w:tc>
      </w:tr>
    </w:tbl>
    <w:p>
      <w:pPr>
        <w:spacing w:after="120"/>
      </w:pPr>
      <w:r>
        <w:rPr>
          <w:b w:val="0"/>
          <w:sz w:val="22"/>
        </w:rPr>
      </w:r>
    </w:p>
    <w:p>
      <w:pPr>
        <w:spacing w:after="120"/>
      </w:pPr>
      <w:r>
        <w:rPr>
          <w:b w:val="0"/>
          <w:color w:val="555555"/>
          <w:sz w:val="17"/>
        </w:rPr>
        <w:t>Nota. Da quando le dimissioni hanno effetto, se serve una presa d'atto e come si sostituisce il consigliere lo stabilisce lo statuto: controllatelo prima di usare il modello. Negli enti del Terzo settore la nomina degli amministratori spetta, di regola, all'assemblea (art. 26 c. 1 D.Lgs. 117/2017). Per gli enti iscritti al RUNTS le informazioni sulle persone che ricoprono cariche sociali vanno aggiornate entro trenta giorni da ciascuna modifica (art. 48 cc. 1 e 3 D.Lgs. 117/2017).</w:t>
      </w:r>
    </w:p>
    <w:p>
      <w:pPr>
        <w:spacing w:after="120"/>
      </w:pPr>
      <w:r>
        <w:rPr>
          <w:b w:val="0"/>
          <w:color w:val="888888"/>
          <w:sz w:val="16"/>
        </w:rPr>
        <w:t>Modello gratuito di SempliCo — semplico.net/modelli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Dimissioni da componente del Consiglio direttivo</dc:title>
  <dc:subject/>
  <dc:creator>SempliCo — Chibri S.r.l.s.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