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AVVISO DI CONVOCAZIONE DELL'ASSEMBLEA DEI SOCI</w:t>
      </w:r>
    </w:p>
    <w:p>
      <w:pPr>
        <w:spacing w:after="120"/>
      </w:pPr>
      <w:r>
        <w:rPr>
          <w:b w:val="0"/>
          <w:sz w:val="22"/>
        </w:rPr>
        <w:t>Al/Alla socio/a ________________________________________________________________</w:t>
      </w:r>
    </w:p>
    <w:p>
      <w:pPr>
        <w:spacing w:after="120"/>
      </w:pPr>
      <w:r>
        <w:rPr>
          <w:b w:val="0"/>
          <w:sz w:val="22"/>
        </w:rPr>
        <w:t>Su deliberazione del Consiglio direttivo del ____/____/________, è convocata l'assemblea ☐ ordinaria ☐ straordinaria dei soci: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Prima convocazione: data e ora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Seconda convocazione: data e ora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Luogo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Partecipazione a distanza (piattaforma e modalità di accesso)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ORDINE DEL GIORNO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247"/>
          </w:tcPr>
          <w:p>
            <w:r>
              <w:rPr>
                <w:b/>
              </w:rPr>
              <w:t>N.</w:t>
            </w:r>
          </w:p>
        </w:tc>
        <w:tc>
          <w:tcPr>
            <w:tcW w:type="dxa" w:w="4986"/>
          </w:tcPr>
          <w:p>
            <w:r>
              <w:rPr>
                <w:b/>
              </w:rPr>
              <w:t>Argomento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Hanno diritto di voto i soci iscritti nel libro degli associati da almeno tre mesi, salvo diversa previsione dello statuto (art. 24 c. 1 CTS). Ciascun socio può farsi rappresentare da un altro socio con delega scritta, anche utilizzando il modulo in calce, nei limiti previsti dallo statuto e dall'art. 24 c. 3 CTS.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 di invio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Il Presidente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60"/>
        <w:jc w:val="center"/>
      </w:pPr>
      <w:r>
        <w:rPr>
          <w:b w:val="0"/>
          <w:color w:val="888888"/>
          <w:sz w:val="17"/>
        </w:rPr>
        <w:t>- - - - - - - - - - - - - - -  Delega (da compilare solo se non partecipate di persona)  - - - - - - - - - - - - - - -</w:t>
      </w:r>
    </w:p>
    <w:p>
      <w:pPr>
        <w:spacing w:after="120"/>
      </w:pPr>
      <w:r>
        <w:rPr>
          <w:b w:val="0"/>
          <w:sz w:val="22"/>
        </w:rPr>
        <w:t>Il/La sottoscritto/a ________________________________, socio/a, delega il/la socio/a ________________________________ a rappresentarlo/a nell'assemblea sopra indicata, in prima e in seconda convocazione.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socio delegante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La convocazione si fa nelle forme previste dallo statuto; se lo statuto tace, con avviso personale contenente l'ordine del giorno (art. 8 disp. att. c.c.). Il preavviso minimo è quello fissato dallo statuto. Non si delibera su argomenti che non sono all'ordine del giorno. La delega non può essere rilasciata con il nome del delegato in bianco.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compilabile anche online su semplico.net/strumenti/generatore-documenti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convocazione dell'assemblea dei soci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